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65AC8" w14:textId="5886206D" w:rsidR="00EC2C5C" w:rsidRPr="002E3F99" w:rsidRDefault="002E3F99">
      <w:pPr>
        <w:ind w:firstLine="0"/>
        <w:jc w:val="right"/>
        <w:rPr>
          <w:lang w:val="ru-RU"/>
        </w:rPr>
      </w:pPr>
      <w:r w:rsidRPr="002E3F99">
        <w:rPr>
          <w:lang w:val="ru-RU"/>
        </w:rPr>
        <w:t xml:space="preserve">Приложение № </w:t>
      </w:r>
      <w:r w:rsidR="002712B6">
        <w:rPr>
          <w:lang w:val="ru-RU"/>
        </w:rPr>
        <w:t>1</w:t>
      </w:r>
      <w:r w:rsidRPr="002E3F99">
        <w:rPr>
          <w:lang w:val="ru-RU"/>
        </w:rPr>
        <w:br/>
        <w:t>к документации о конкурентном отборе</w:t>
      </w:r>
    </w:p>
    <w:p w14:paraId="1AD59E33" w14:textId="77777777" w:rsidR="00EC2C5C" w:rsidRPr="002E3F99" w:rsidRDefault="002E3F99">
      <w:pPr>
        <w:keepNext/>
        <w:spacing w:before="80"/>
        <w:ind w:firstLine="0"/>
        <w:jc w:val="center"/>
        <w:rPr>
          <w:lang w:val="ru-RU"/>
        </w:rPr>
      </w:pPr>
      <w:r w:rsidRPr="002E3F99">
        <w:rPr>
          <w:b/>
          <w:lang w:val="ru-RU"/>
        </w:rPr>
        <w:t>АНКЕТА-ЗАЯВКА</w:t>
      </w:r>
    </w:p>
    <w:p w14:paraId="1022C19A" w14:textId="77777777" w:rsidR="00EC2C5C" w:rsidRPr="002E3F99" w:rsidRDefault="002E3F99">
      <w:pPr>
        <w:keepNext/>
        <w:spacing w:after="100"/>
        <w:ind w:firstLine="0"/>
        <w:jc w:val="center"/>
        <w:rPr>
          <w:lang w:val="ru-RU"/>
        </w:rPr>
      </w:pPr>
      <w:r w:rsidRPr="002E3F99">
        <w:rPr>
          <w:b/>
          <w:lang w:val="ru-RU"/>
        </w:rPr>
        <w:t>на участие в конкурентном отборе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6123"/>
      </w:tblGrid>
      <w:tr w:rsidR="00EC2C5C" w:rsidRPr="00FC796E" w14:paraId="106DC35B" w14:textId="77777777">
        <w:trPr>
          <w:cantSplit/>
          <w:jc w:val="center"/>
        </w:trPr>
        <w:tc>
          <w:tcPr>
            <w:tcW w:w="35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69F7D4" w14:textId="77777777" w:rsidR="00EC2C5C" w:rsidRDefault="002E3F99">
            <w:pPr>
              <w:ind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закупки</w:t>
            </w:r>
            <w:proofErr w:type="spellEnd"/>
          </w:p>
        </w:tc>
        <w:tc>
          <w:tcPr>
            <w:tcW w:w="612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55536A" w14:textId="5F24555D" w:rsidR="00EC2C5C" w:rsidRPr="00EE1DEC" w:rsidRDefault="00EE1DEC">
            <w:pPr>
              <w:ind w:firstLine="0"/>
              <w:jc w:val="left"/>
              <w:rPr>
                <w:lang w:val="ru-RU"/>
              </w:rPr>
            </w:pPr>
            <w:r w:rsidRPr="00EE1DEC">
              <w:rPr>
                <w:lang w:val="ru-RU"/>
              </w:rPr>
              <w:t>Поставка компьютерной техники, оргтехники, периферийного оборудования и расходных материалов для нужд АНО "ЦПЭ Омской области"</w:t>
            </w:r>
          </w:p>
        </w:tc>
      </w:tr>
      <w:tr w:rsidR="00EC2C5C" w:rsidRPr="00FC796E" w14:paraId="10016DC3" w14:textId="77777777">
        <w:trPr>
          <w:cantSplit/>
          <w:jc w:val="center"/>
        </w:trPr>
        <w:tc>
          <w:tcPr>
            <w:tcW w:w="35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EC3639" w14:textId="77777777" w:rsidR="00EC2C5C" w:rsidRDefault="002E3F99">
            <w:pPr>
              <w:ind w:firstLine="0"/>
              <w:jc w:val="left"/>
            </w:pPr>
            <w:proofErr w:type="spellStart"/>
            <w:r>
              <w:rPr>
                <w:b/>
              </w:rPr>
              <w:t>Заказчик</w:t>
            </w:r>
            <w:proofErr w:type="spellEnd"/>
          </w:p>
        </w:tc>
        <w:tc>
          <w:tcPr>
            <w:tcW w:w="612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E92370" w14:textId="355FE0F6" w:rsidR="00EC2C5C" w:rsidRPr="002E3F99" w:rsidRDefault="002E3F99">
            <w:pPr>
              <w:ind w:firstLine="0"/>
              <w:jc w:val="left"/>
              <w:rPr>
                <w:lang w:val="ru-RU"/>
              </w:rPr>
            </w:pPr>
            <w:r w:rsidRPr="002E3F99">
              <w:rPr>
                <w:lang w:val="ru-RU"/>
              </w:rPr>
              <w:t>Автономная некоммерческая организация "Центр поддержки экспорта Омской области" (АНО "ЦПЭ Омской области")</w:t>
            </w:r>
          </w:p>
        </w:tc>
      </w:tr>
      <w:tr w:rsidR="00EC2C5C" w14:paraId="4CE709FC" w14:textId="77777777">
        <w:trPr>
          <w:cantSplit/>
          <w:jc w:val="center"/>
        </w:trPr>
        <w:tc>
          <w:tcPr>
            <w:tcW w:w="35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DC7ECD" w14:textId="77777777" w:rsidR="00EC2C5C" w:rsidRDefault="002E3F99">
            <w:pPr>
              <w:ind w:firstLine="0"/>
              <w:jc w:val="left"/>
            </w:pPr>
            <w:proofErr w:type="spellStart"/>
            <w:r>
              <w:rPr>
                <w:b/>
              </w:rPr>
              <w:t>Номер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извещения</w:t>
            </w:r>
            <w:proofErr w:type="spellEnd"/>
          </w:p>
        </w:tc>
        <w:tc>
          <w:tcPr>
            <w:tcW w:w="612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F9315A" w14:textId="3B9EC2B4" w:rsidR="00EC2C5C" w:rsidRDefault="002E3F99">
            <w:pPr>
              <w:ind w:firstLine="0"/>
              <w:jc w:val="left"/>
            </w:pPr>
            <w:r>
              <w:t xml:space="preserve">№ </w:t>
            </w:r>
            <w:r w:rsidR="00FC796E">
              <w:rPr>
                <w:lang w:val="ru-RU"/>
              </w:rPr>
              <w:t>1</w:t>
            </w:r>
            <w:r>
              <w:t xml:space="preserve"> </w:t>
            </w:r>
            <w:proofErr w:type="spellStart"/>
            <w:r>
              <w:t>от</w:t>
            </w:r>
            <w:proofErr w:type="spellEnd"/>
            <w:r>
              <w:rPr>
                <w:lang w:val="ru-RU"/>
              </w:rPr>
              <w:t xml:space="preserve"> </w:t>
            </w:r>
            <w:r w:rsidRPr="002E3F99">
              <w:rPr>
                <w:lang w:val="ru-RU"/>
              </w:rPr>
              <w:t>"</w:t>
            </w:r>
            <w:r w:rsidR="00FC796E">
              <w:rPr>
                <w:lang w:val="ru-RU"/>
              </w:rPr>
              <w:t>02</w:t>
            </w:r>
            <w:r>
              <w:rPr>
                <w:lang w:val="ru-RU"/>
              </w:rPr>
              <w:t>"</w:t>
            </w:r>
            <w:r>
              <w:t xml:space="preserve"> </w:t>
            </w:r>
            <w:r w:rsidR="00FC796E">
              <w:rPr>
                <w:lang w:val="ru-RU"/>
              </w:rPr>
              <w:t>сентября</w:t>
            </w:r>
            <w:r>
              <w:t xml:space="preserve"> 2026 г.</w:t>
            </w:r>
          </w:p>
        </w:tc>
      </w:tr>
      <w:tr w:rsidR="00EC2C5C" w14:paraId="3BB82022" w14:textId="77777777">
        <w:trPr>
          <w:cantSplit/>
          <w:jc w:val="center"/>
        </w:trPr>
        <w:tc>
          <w:tcPr>
            <w:tcW w:w="35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76DC8A" w14:textId="77777777" w:rsidR="00EC2C5C" w:rsidRDefault="002E3F99">
            <w:pPr>
              <w:ind w:firstLine="0"/>
              <w:jc w:val="left"/>
            </w:pPr>
            <w:r>
              <w:rPr>
                <w:b/>
              </w:rPr>
              <w:t>Способ закупки</w:t>
            </w:r>
          </w:p>
        </w:tc>
        <w:tc>
          <w:tcPr>
            <w:tcW w:w="612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F78BBA" w14:textId="77777777" w:rsidR="00EC2C5C" w:rsidRDefault="002E3F99">
            <w:pPr>
              <w:ind w:firstLine="0"/>
              <w:jc w:val="left"/>
            </w:pPr>
            <w:r>
              <w:t>Конкурентный отбор</w:t>
            </w:r>
          </w:p>
        </w:tc>
      </w:tr>
    </w:tbl>
    <w:p w14:paraId="21B58FB8" w14:textId="77777777" w:rsidR="00EC2C5C" w:rsidRDefault="002E3F99">
      <w:pPr>
        <w:keepNext/>
        <w:spacing w:before="100" w:after="40"/>
        <w:ind w:firstLine="0"/>
        <w:jc w:val="left"/>
      </w:pPr>
      <w:r>
        <w:rPr>
          <w:b/>
        </w:rPr>
        <w:t>1. Сведения об участнике закупки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2"/>
        <w:gridCol w:w="4706"/>
      </w:tblGrid>
      <w:tr w:rsidR="00EC2C5C" w:rsidRPr="00FC796E" w14:paraId="367C07DE" w14:textId="77777777">
        <w:trPr>
          <w:cantSplit/>
          <w:jc w:val="center"/>
        </w:trPr>
        <w:tc>
          <w:tcPr>
            <w:tcW w:w="49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5757BD" w14:textId="77777777" w:rsidR="00EC2C5C" w:rsidRPr="002E3F99" w:rsidRDefault="002E3F99">
            <w:pPr>
              <w:ind w:firstLine="0"/>
              <w:jc w:val="left"/>
              <w:rPr>
                <w:lang w:val="ru-RU"/>
              </w:rPr>
            </w:pPr>
            <w:r w:rsidRPr="002E3F99">
              <w:rPr>
                <w:lang w:val="ru-RU"/>
              </w:rPr>
              <w:t>1.1. Полное и сокращенное наименование юридического лица / Ф.И.О. ИП (физического лица)</w:t>
            </w:r>
          </w:p>
        </w:tc>
        <w:tc>
          <w:tcPr>
            <w:tcW w:w="47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CDDBF5" w14:textId="77777777" w:rsidR="00EC2C5C" w:rsidRPr="002E3F99" w:rsidRDefault="00EC2C5C">
            <w:pPr>
              <w:ind w:firstLine="0"/>
              <w:jc w:val="left"/>
              <w:rPr>
                <w:lang w:val="ru-RU"/>
              </w:rPr>
            </w:pPr>
          </w:p>
        </w:tc>
      </w:tr>
      <w:tr w:rsidR="00EC2C5C" w14:paraId="1F1E59F0" w14:textId="77777777">
        <w:trPr>
          <w:cantSplit/>
          <w:jc w:val="center"/>
        </w:trPr>
        <w:tc>
          <w:tcPr>
            <w:tcW w:w="49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469C86" w14:textId="77777777" w:rsidR="00EC2C5C" w:rsidRDefault="002E3F99">
            <w:pPr>
              <w:ind w:firstLine="0"/>
              <w:jc w:val="left"/>
            </w:pPr>
            <w:r>
              <w:t>1.2. ИНН / КПП</w:t>
            </w:r>
          </w:p>
        </w:tc>
        <w:tc>
          <w:tcPr>
            <w:tcW w:w="47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EFA874" w14:textId="77777777" w:rsidR="00EC2C5C" w:rsidRDefault="00EC2C5C">
            <w:pPr>
              <w:ind w:firstLine="0"/>
              <w:jc w:val="left"/>
            </w:pPr>
          </w:p>
        </w:tc>
      </w:tr>
      <w:tr w:rsidR="00EC2C5C" w14:paraId="291972EA" w14:textId="77777777">
        <w:trPr>
          <w:cantSplit/>
          <w:jc w:val="center"/>
        </w:trPr>
        <w:tc>
          <w:tcPr>
            <w:tcW w:w="49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6CFFF6" w14:textId="77777777" w:rsidR="00EC2C5C" w:rsidRDefault="002E3F99">
            <w:pPr>
              <w:ind w:firstLine="0"/>
              <w:jc w:val="left"/>
            </w:pPr>
            <w:r>
              <w:t>1.3. ОГРН / ОГРНИП</w:t>
            </w:r>
          </w:p>
        </w:tc>
        <w:tc>
          <w:tcPr>
            <w:tcW w:w="47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A46DE9" w14:textId="77777777" w:rsidR="00EC2C5C" w:rsidRDefault="00EC2C5C">
            <w:pPr>
              <w:ind w:firstLine="0"/>
              <w:jc w:val="left"/>
            </w:pPr>
          </w:p>
        </w:tc>
      </w:tr>
      <w:tr w:rsidR="00EC2C5C" w14:paraId="6F70F2E7" w14:textId="77777777">
        <w:trPr>
          <w:cantSplit/>
          <w:jc w:val="center"/>
        </w:trPr>
        <w:tc>
          <w:tcPr>
            <w:tcW w:w="49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5A4ACE" w14:textId="77777777" w:rsidR="00EC2C5C" w:rsidRDefault="002E3F99">
            <w:pPr>
              <w:ind w:firstLine="0"/>
              <w:jc w:val="left"/>
            </w:pPr>
            <w:r>
              <w:t>1.4. Юридический адрес / адрес регистрации</w:t>
            </w:r>
          </w:p>
        </w:tc>
        <w:tc>
          <w:tcPr>
            <w:tcW w:w="47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2F4ABD6" w14:textId="77777777" w:rsidR="00EC2C5C" w:rsidRDefault="00EC2C5C">
            <w:pPr>
              <w:ind w:firstLine="0"/>
              <w:jc w:val="left"/>
            </w:pPr>
          </w:p>
        </w:tc>
      </w:tr>
      <w:tr w:rsidR="00EC2C5C" w14:paraId="7648982D" w14:textId="77777777">
        <w:trPr>
          <w:cantSplit/>
          <w:jc w:val="center"/>
        </w:trPr>
        <w:tc>
          <w:tcPr>
            <w:tcW w:w="49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2370AB" w14:textId="77777777" w:rsidR="00EC2C5C" w:rsidRDefault="002E3F99">
            <w:pPr>
              <w:ind w:firstLine="0"/>
              <w:jc w:val="left"/>
            </w:pPr>
            <w:r>
              <w:t>1.5. Почтовый адрес</w:t>
            </w:r>
          </w:p>
        </w:tc>
        <w:tc>
          <w:tcPr>
            <w:tcW w:w="47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A6278F" w14:textId="77777777" w:rsidR="00EC2C5C" w:rsidRDefault="00EC2C5C">
            <w:pPr>
              <w:ind w:firstLine="0"/>
              <w:jc w:val="left"/>
            </w:pPr>
          </w:p>
        </w:tc>
      </w:tr>
      <w:tr w:rsidR="00EC2C5C" w14:paraId="1E135261" w14:textId="77777777">
        <w:trPr>
          <w:cantSplit/>
          <w:jc w:val="center"/>
        </w:trPr>
        <w:tc>
          <w:tcPr>
            <w:tcW w:w="49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02E0AB" w14:textId="77777777" w:rsidR="00EC2C5C" w:rsidRDefault="002E3F99">
            <w:pPr>
              <w:ind w:firstLine="0"/>
              <w:jc w:val="left"/>
            </w:pPr>
            <w:r>
              <w:t>1.6. Телефон / электронная почта</w:t>
            </w:r>
          </w:p>
        </w:tc>
        <w:tc>
          <w:tcPr>
            <w:tcW w:w="47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71F6BC" w14:textId="77777777" w:rsidR="00EC2C5C" w:rsidRDefault="00EC2C5C">
            <w:pPr>
              <w:ind w:firstLine="0"/>
              <w:jc w:val="left"/>
            </w:pPr>
          </w:p>
        </w:tc>
      </w:tr>
      <w:tr w:rsidR="00EC2C5C" w14:paraId="31FC483B" w14:textId="77777777">
        <w:trPr>
          <w:cantSplit/>
          <w:jc w:val="center"/>
        </w:trPr>
        <w:tc>
          <w:tcPr>
            <w:tcW w:w="49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4C2309" w14:textId="77777777" w:rsidR="00EC2C5C" w:rsidRDefault="002E3F99">
            <w:pPr>
              <w:ind w:firstLine="0"/>
              <w:jc w:val="left"/>
            </w:pPr>
            <w:r>
              <w:t>1.7. Ф.И.О. руководителя</w:t>
            </w:r>
          </w:p>
        </w:tc>
        <w:tc>
          <w:tcPr>
            <w:tcW w:w="47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E8FB45" w14:textId="77777777" w:rsidR="00EC2C5C" w:rsidRDefault="00EC2C5C">
            <w:pPr>
              <w:ind w:firstLine="0"/>
              <w:jc w:val="left"/>
            </w:pPr>
          </w:p>
        </w:tc>
      </w:tr>
      <w:tr w:rsidR="00EC2C5C" w:rsidRPr="00FC796E" w14:paraId="550D5B0E" w14:textId="77777777">
        <w:trPr>
          <w:cantSplit/>
          <w:jc w:val="center"/>
        </w:trPr>
        <w:tc>
          <w:tcPr>
            <w:tcW w:w="49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6BC1D2" w14:textId="77777777" w:rsidR="00EC2C5C" w:rsidRPr="002E3F99" w:rsidRDefault="002E3F99">
            <w:pPr>
              <w:ind w:firstLine="0"/>
              <w:jc w:val="left"/>
              <w:rPr>
                <w:lang w:val="ru-RU"/>
              </w:rPr>
            </w:pPr>
            <w:r w:rsidRPr="002E3F99">
              <w:rPr>
                <w:lang w:val="ru-RU"/>
              </w:rPr>
              <w:t>1.8. Лицо, подписывающее заявку; должность и основание полномочий</w:t>
            </w:r>
          </w:p>
        </w:tc>
        <w:tc>
          <w:tcPr>
            <w:tcW w:w="47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F76C94" w14:textId="77777777" w:rsidR="00EC2C5C" w:rsidRPr="002E3F99" w:rsidRDefault="00EC2C5C">
            <w:pPr>
              <w:ind w:firstLine="0"/>
              <w:jc w:val="left"/>
              <w:rPr>
                <w:lang w:val="ru-RU"/>
              </w:rPr>
            </w:pPr>
          </w:p>
        </w:tc>
      </w:tr>
      <w:tr w:rsidR="00EC2C5C" w14:paraId="614FB53E" w14:textId="77777777">
        <w:trPr>
          <w:cantSplit/>
          <w:jc w:val="center"/>
        </w:trPr>
        <w:tc>
          <w:tcPr>
            <w:tcW w:w="49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6B1A80" w14:textId="77777777" w:rsidR="00EC2C5C" w:rsidRDefault="002E3F99">
            <w:pPr>
              <w:ind w:firstLine="0"/>
              <w:jc w:val="left"/>
            </w:pPr>
            <w:r>
              <w:t>1.9. Банковские реквизиты</w:t>
            </w:r>
          </w:p>
        </w:tc>
        <w:tc>
          <w:tcPr>
            <w:tcW w:w="47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E4885A" w14:textId="77777777" w:rsidR="00EC2C5C" w:rsidRDefault="00EC2C5C">
            <w:pPr>
              <w:ind w:firstLine="0"/>
              <w:jc w:val="left"/>
            </w:pPr>
          </w:p>
        </w:tc>
      </w:tr>
    </w:tbl>
    <w:p w14:paraId="49E8EF7A" w14:textId="77777777" w:rsidR="00EC2C5C" w:rsidRDefault="002E3F99">
      <w:pPr>
        <w:keepNext/>
        <w:spacing w:before="100" w:after="40"/>
        <w:ind w:firstLine="0"/>
        <w:jc w:val="left"/>
      </w:pPr>
      <w:r>
        <w:rPr>
          <w:b/>
        </w:rPr>
        <w:t>2. Заявление участника закупки</w:t>
      </w:r>
    </w:p>
    <w:p w14:paraId="08380100" w14:textId="77777777" w:rsidR="00EC2C5C" w:rsidRPr="002E3F99" w:rsidRDefault="002E3F99">
      <w:pPr>
        <w:rPr>
          <w:lang w:val="ru-RU"/>
        </w:rPr>
      </w:pPr>
      <w:r w:rsidRPr="002E3F99">
        <w:rPr>
          <w:lang w:val="ru-RU"/>
        </w:rPr>
        <w:t>Изучив извещение о проведении конкурентного отбора, закупочную документацию, техническое задание и проект договора (существенные условия договора), участник закупки настоящим подает заявку на участие в конкурентном отборе и подтверждает согласие поставить товары, выполнить работы и (или) оказать услуги в соответствии с требованиями закупочной документации и условиями своего предложения.</w:t>
      </w:r>
    </w:p>
    <w:p w14:paraId="678B2321" w14:textId="77777777" w:rsidR="00EC2C5C" w:rsidRPr="002E3F99" w:rsidRDefault="002E3F99">
      <w:pPr>
        <w:rPr>
          <w:lang w:val="ru-RU"/>
        </w:rPr>
      </w:pPr>
      <w:r w:rsidRPr="002E3F99">
        <w:rPr>
          <w:lang w:val="ru-RU"/>
        </w:rPr>
        <w:t>Участник подтверждает полноту и достоверность представленных сведений и документов, наличие у подписанта необходимых полномочий, а также согласие на проверку Заказчиком сведений по официальным открытым источникам и реестрам в объеме, необходимом для проведения закупки и заключения договора.</w:t>
      </w:r>
    </w:p>
    <w:p w14:paraId="5FCFA9CA" w14:textId="77777777" w:rsidR="00EC2C5C" w:rsidRPr="002E3F99" w:rsidRDefault="002E3F99">
      <w:pPr>
        <w:rPr>
          <w:lang w:val="ru-RU"/>
        </w:rPr>
      </w:pPr>
      <w:r w:rsidRPr="002E3F99">
        <w:rPr>
          <w:lang w:val="ru-RU"/>
        </w:rPr>
        <w:t>Участник обязуется до заключения договора незамедлительно уведомить Заказчика об изменении сведений, имеющих значение для рассмотрения заявки.</w:t>
      </w:r>
    </w:p>
    <w:p w14:paraId="3CB18D70" w14:textId="77777777" w:rsidR="00EC2C5C" w:rsidRDefault="002E3F99">
      <w:pPr>
        <w:keepNext/>
        <w:pageBreakBefore/>
        <w:spacing w:before="100" w:after="40"/>
        <w:ind w:firstLine="0"/>
        <w:jc w:val="left"/>
      </w:pPr>
      <w:r>
        <w:rPr>
          <w:b/>
        </w:rPr>
        <w:lastRenderedPageBreak/>
        <w:t>3. Основные условия предложения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2"/>
        <w:gridCol w:w="4706"/>
      </w:tblGrid>
      <w:tr w:rsidR="00EC2C5C" w14:paraId="7196E1A7" w14:textId="77777777">
        <w:trPr>
          <w:cantSplit/>
          <w:jc w:val="center"/>
        </w:trPr>
        <w:tc>
          <w:tcPr>
            <w:tcW w:w="49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8BE07A" w14:textId="77777777" w:rsidR="00EC2C5C" w:rsidRDefault="002E3F99">
            <w:pPr>
              <w:ind w:firstLine="0"/>
              <w:jc w:val="left"/>
            </w:pPr>
            <w:r>
              <w:t>Итоговая цена договора, руб.</w:t>
            </w:r>
          </w:p>
        </w:tc>
        <w:tc>
          <w:tcPr>
            <w:tcW w:w="47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B2F532E" w14:textId="77777777" w:rsidR="00EC2C5C" w:rsidRDefault="002E3F99">
            <w:pPr>
              <w:ind w:firstLine="0"/>
              <w:jc w:val="left"/>
            </w:pPr>
            <w:r>
              <w:t>______________________________</w:t>
            </w:r>
          </w:p>
        </w:tc>
      </w:tr>
      <w:tr w:rsidR="00EC2C5C" w:rsidRPr="00FC796E" w14:paraId="53A0711D" w14:textId="77777777">
        <w:trPr>
          <w:cantSplit/>
          <w:jc w:val="center"/>
        </w:trPr>
        <w:tc>
          <w:tcPr>
            <w:tcW w:w="49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5BC19F" w14:textId="77777777" w:rsidR="00EC2C5C" w:rsidRDefault="002E3F99">
            <w:pPr>
              <w:ind w:firstLine="0"/>
              <w:jc w:val="left"/>
            </w:pPr>
            <w:r>
              <w:t>НДС</w:t>
            </w:r>
          </w:p>
        </w:tc>
        <w:tc>
          <w:tcPr>
            <w:tcW w:w="47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1FD7A4" w14:textId="77777777" w:rsidR="00EC2C5C" w:rsidRPr="002E3F99" w:rsidRDefault="002E3F99">
            <w:pPr>
              <w:ind w:firstLine="0"/>
              <w:jc w:val="left"/>
              <w:rPr>
                <w:lang w:val="ru-RU"/>
              </w:rPr>
            </w:pPr>
            <w:r w:rsidRPr="002E3F99">
              <w:rPr>
                <w:lang w:val="ru-RU"/>
              </w:rPr>
              <w:t>□ включен в цену    □ без НДС; основание: __________________</w:t>
            </w:r>
          </w:p>
        </w:tc>
      </w:tr>
      <w:tr w:rsidR="00EC2C5C" w14:paraId="555F0EA1" w14:textId="77777777">
        <w:trPr>
          <w:cantSplit/>
          <w:jc w:val="center"/>
        </w:trPr>
        <w:tc>
          <w:tcPr>
            <w:tcW w:w="49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204AC3" w14:textId="77777777" w:rsidR="00EC2C5C" w:rsidRDefault="002E3F99">
            <w:pPr>
              <w:ind w:firstLine="0"/>
              <w:jc w:val="left"/>
            </w:pPr>
            <w:proofErr w:type="spellStart"/>
            <w:r>
              <w:t>Срок</w:t>
            </w:r>
            <w:proofErr w:type="spellEnd"/>
            <w:r>
              <w:t xml:space="preserve"> </w:t>
            </w:r>
            <w:proofErr w:type="spellStart"/>
            <w:r>
              <w:t>исполнения</w:t>
            </w:r>
            <w:proofErr w:type="spellEnd"/>
          </w:p>
        </w:tc>
        <w:tc>
          <w:tcPr>
            <w:tcW w:w="47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E103E3" w14:textId="0923F9D6" w:rsidR="00EC2C5C" w:rsidRPr="00EE1DEC" w:rsidRDefault="00EE1DEC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не более 10 рабочих дней</w:t>
            </w:r>
          </w:p>
        </w:tc>
      </w:tr>
      <w:tr w:rsidR="00EC2C5C" w14:paraId="50FF448C" w14:textId="77777777">
        <w:trPr>
          <w:cantSplit/>
          <w:jc w:val="center"/>
        </w:trPr>
        <w:tc>
          <w:tcPr>
            <w:tcW w:w="49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C1175F" w14:textId="77777777" w:rsidR="00EC2C5C" w:rsidRDefault="002E3F99">
            <w:pPr>
              <w:ind w:firstLine="0"/>
              <w:jc w:val="left"/>
            </w:pPr>
            <w:r>
              <w:t>Гарантийный срок (если применимо)</w:t>
            </w:r>
          </w:p>
        </w:tc>
        <w:tc>
          <w:tcPr>
            <w:tcW w:w="47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AA6C09" w14:textId="3218C2EC" w:rsidR="00EC2C5C" w:rsidRPr="00EE1DEC" w:rsidRDefault="00EE1DEC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не менее 12 месяцев</w:t>
            </w:r>
          </w:p>
        </w:tc>
      </w:tr>
      <w:tr w:rsidR="00EC2C5C" w14:paraId="0CBA540E" w14:textId="77777777">
        <w:trPr>
          <w:cantSplit/>
          <w:jc w:val="center"/>
        </w:trPr>
        <w:tc>
          <w:tcPr>
            <w:tcW w:w="49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F5A04C" w14:textId="77777777" w:rsidR="00EC2C5C" w:rsidRDefault="002E3F99">
            <w:pPr>
              <w:ind w:firstLine="0"/>
              <w:jc w:val="left"/>
            </w:pPr>
            <w:r>
              <w:t>Срок действия предложения</w:t>
            </w:r>
          </w:p>
        </w:tc>
        <w:tc>
          <w:tcPr>
            <w:tcW w:w="47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1383F6" w14:textId="77777777" w:rsidR="00EC2C5C" w:rsidRDefault="002E3F99">
            <w:pPr>
              <w:ind w:firstLine="0"/>
              <w:jc w:val="left"/>
            </w:pPr>
            <w:r>
              <w:t>____________________________________________</w:t>
            </w:r>
          </w:p>
        </w:tc>
      </w:tr>
    </w:tbl>
    <w:p w14:paraId="63374ED6" w14:textId="77777777" w:rsidR="00EC2C5C" w:rsidRDefault="002E3F99">
      <w:pPr>
        <w:keepNext/>
        <w:spacing w:before="100" w:after="40"/>
        <w:ind w:firstLine="0"/>
        <w:jc w:val="left"/>
      </w:pPr>
      <w:r>
        <w:rPr>
          <w:b/>
        </w:rPr>
        <w:t>4. Документы, прилагаемые к заявке</w:t>
      </w:r>
    </w:p>
    <w:p w14:paraId="5BD858F5" w14:textId="77777777" w:rsidR="00EC2C5C" w:rsidRPr="002E3F99" w:rsidRDefault="002E3F99" w:rsidP="002E3F99">
      <w:pPr>
        <w:ind w:firstLine="567"/>
        <w:rPr>
          <w:lang w:val="ru-RU"/>
        </w:rPr>
      </w:pPr>
      <w:r w:rsidRPr="002E3F99">
        <w:rPr>
          <w:lang w:val="ru-RU"/>
        </w:rPr>
        <w:t>□ Выписка из ЕГРЮЛ / ЕГРИП либо сведения из соответствующего государственного реестра — ____ л.</w:t>
      </w:r>
    </w:p>
    <w:p w14:paraId="15D99A74" w14:textId="65D65647" w:rsidR="00EC2C5C" w:rsidRPr="002E3F99" w:rsidRDefault="002E3F99" w:rsidP="002E3F99">
      <w:pPr>
        <w:ind w:firstLine="567"/>
        <w:rPr>
          <w:lang w:val="ru-RU"/>
        </w:rPr>
      </w:pPr>
      <w:r w:rsidRPr="002E3F99">
        <w:rPr>
          <w:lang w:val="ru-RU"/>
        </w:rPr>
        <w:t>□ Гарантийное письмо об отсутствии</w:t>
      </w:r>
      <w:r w:rsidR="00EE1DEC">
        <w:rPr>
          <w:lang w:val="ru-RU"/>
        </w:rPr>
        <w:t xml:space="preserve"> реорганизации/</w:t>
      </w:r>
      <w:r w:rsidRPr="002E3F99">
        <w:rPr>
          <w:lang w:val="ru-RU"/>
        </w:rPr>
        <w:t xml:space="preserve"> ликвидации / банкротства — ____ л.</w:t>
      </w:r>
    </w:p>
    <w:p w14:paraId="580719BF" w14:textId="77777777" w:rsidR="00EC2C5C" w:rsidRPr="002E3F99" w:rsidRDefault="002E3F99" w:rsidP="002E3F99">
      <w:pPr>
        <w:ind w:firstLine="567"/>
        <w:rPr>
          <w:lang w:val="ru-RU"/>
        </w:rPr>
      </w:pPr>
      <w:r w:rsidRPr="002E3F99">
        <w:rPr>
          <w:lang w:val="ru-RU"/>
        </w:rPr>
        <w:t>□ Коммерческое предложение — ____ л.</w:t>
      </w:r>
    </w:p>
    <w:p w14:paraId="2373AAC7" w14:textId="77777777" w:rsidR="00EC2C5C" w:rsidRPr="002E3F99" w:rsidRDefault="002E3F99" w:rsidP="002E3F99">
      <w:pPr>
        <w:ind w:firstLine="567"/>
        <w:rPr>
          <w:lang w:val="ru-RU"/>
        </w:rPr>
      </w:pPr>
      <w:r w:rsidRPr="002E3F99">
        <w:rPr>
          <w:lang w:val="ru-RU"/>
        </w:rPr>
        <w:t>□ Документ, подтверждающий полномочия лица, подписавшего заявку (при необходимости), — ____ л.</w:t>
      </w:r>
    </w:p>
    <w:p w14:paraId="276B4779" w14:textId="77777777" w:rsidR="00EC2C5C" w:rsidRPr="002E3F99" w:rsidRDefault="002E3F99" w:rsidP="002E3F99">
      <w:pPr>
        <w:ind w:firstLine="567"/>
        <w:rPr>
          <w:lang w:val="ru-RU"/>
        </w:rPr>
      </w:pPr>
      <w:r w:rsidRPr="002E3F99">
        <w:rPr>
          <w:lang w:val="ru-RU"/>
        </w:rPr>
        <w:t>□ Решение о согласии на совершение крупной сделки (если требуется) — ____ л.</w:t>
      </w:r>
    </w:p>
    <w:p w14:paraId="59A1A2C1" w14:textId="77777777" w:rsidR="00EC2C5C" w:rsidRPr="002E3F99" w:rsidRDefault="002E3F99" w:rsidP="002E3F99">
      <w:pPr>
        <w:ind w:firstLine="567"/>
        <w:rPr>
          <w:lang w:val="ru-RU"/>
        </w:rPr>
      </w:pPr>
      <w:r w:rsidRPr="002E3F99">
        <w:rPr>
          <w:lang w:val="ru-RU"/>
        </w:rPr>
        <w:t>□ Лицензия, документ о членстве в СРО или иной разрешительный документ (если требуется) — ____ л.</w:t>
      </w:r>
    </w:p>
    <w:p w14:paraId="28EDAFFD" w14:textId="77777777" w:rsidR="00EC2C5C" w:rsidRPr="002E3F99" w:rsidRDefault="002E3F99" w:rsidP="002E3F99">
      <w:pPr>
        <w:ind w:firstLine="567"/>
        <w:rPr>
          <w:lang w:val="ru-RU"/>
        </w:rPr>
      </w:pPr>
      <w:r w:rsidRPr="002E3F99">
        <w:rPr>
          <w:lang w:val="ru-RU"/>
        </w:rPr>
        <w:t>□ Иные документы, предусмотренные закупочной документацией: ________________________________ — ____ л.</w:t>
      </w:r>
    </w:p>
    <w:p w14:paraId="418549A3" w14:textId="77777777" w:rsidR="00EC2C5C" w:rsidRPr="002E3F99" w:rsidRDefault="00EC2C5C">
      <w:pPr>
        <w:spacing w:before="60"/>
        <w:ind w:firstLine="0"/>
        <w:rPr>
          <w:lang w:val="ru-RU"/>
        </w:rPr>
      </w:pPr>
    </w:p>
    <w:p w14:paraId="3166CC0E" w14:textId="77777777" w:rsidR="00EC2C5C" w:rsidRPr="002E3F99" w:rsidRDefault="002E3F99">
      <w:pPr>
        <w:spacing w:after="80"/>
        <w:ind w:firstLine="0"/>
        <w:jc w:val="left"/>
        <w:rPr>
          <w:lang w:val="ru-RU"/>
        </w:rPr>
      </w:pPr>
      <w:r w:rsidRPr="002E3F99">
        <w:rPr>
          <w:lang w:val="ru-RU"/>
        </w:rPr>
        <w:t>Настоящая анкета-заявка является частью заявки участника закупки.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1701"/>
        <w:gridCol w:w="4252"/>
      </w:tblGrid>
      <w:tr w:rsidR="00EC2C5C" w14:paraId="2A1A8821" w14:textId="77777777">
        <w:trPr>
          <w:cantSplit/>
          <w:jc w:val="center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AF06C2" w14:textId="77777777" w:rsidR="00EC2C5C" w:rsidRDefault="002E3F99">
            <w:pPr>
              <w:ind w:firstLine="0"/>
              <w:jc w:val="center"/>
            </w:pPr>
            <w:r>
              <w:t>____________________________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A319DF" w14:textId="77777777" w:rsidR="00EC2C5C" w:rsidRDefault="002E3F99">
            <w:pPr>
              <w:ind w:firstLine="0"/>
              <w:jc w:val="center"/>
            </w:pPr>
            <w:r>
              <w:t>________________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2427DF" w14:textId="77777777" w:rsidR="00EC2C5C" w:rsidRDefault="002E3F99">
            <w:pPr>
              <w:ind w:firstLine="0"/>
              <w:jc w:val="center"/>
            </w:pPr>
            <w:r>
              <w:t>____________________________</w:t>
            </w:r>
          </w:p>
        </w:tc>
      </w:tr>
      <w:tr w:rsidR="00EC2C5C" w14:paraId="6207396E" w14:textId="77777777">
        <w:trPr>
          <w:cantSplit/>
          <w:jc w:val="center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E5260A" w14:textId="77777777" w:rsidR="00EC2C5C" w:rsidRDefault="002E3F99">
            <w:pPr>
              <w:ind w:firstLine="0"/>
              <w:jc w:val="center"/>
            </w:pPr>
            <w:r>
              <w:rPr>
                <w:i/>
              </w:rPr>
              <w:t>должность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F1357C" w14:textId="77777777" w:rsidR="00EC2C5C" w:rsidRDefault="002E3F99">
            <w:pPr>
              <w:ind w:firstLine="0"/>
              <w:jc w:val="center"/>
            </w:pPr>
            <w:r>
              <w:rPr>
                <w:i/>
              </w:rPr>
              <w:t>подпись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9DA672" w14:textId="77777777" w:rsidR="00EC2C5C" w:rsidRDefault="002E3F99">
            <w:pPr>
              <w:ind w:firstLine="0"/>
              <w:jc w:val="center"/>
            </w:pPr>
            <w:r>
              <w:rPr>
                <w:i/>
              </w:rPr>
              <w:t>Ф.И.О.</w:t>
            </w:r>
          </w:p>
        </w:tc>
      </w:tr>
      <w:tr w:rsidR="00EC2C5C" w14:paraId="20778FF3" w14:textId="77777777">
        <w:trPr>
          <w:cantSplit/>
          <w:jc w:val="center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331EE1" w14:textId="77777777" w:rsidR="00EC2C5C" w:rsidRDefault="002E3F99">
            <w:pPr>
              <w:ind w:firstLine="0"/>
              <w:jc w:val="center"/>
            </w:pPr>
            <w:r>
              <w:t>М.П. (при наличии)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34897D" w14:textId="77777777" w:rsidR="00EC2C5C" w:rsidRPr="002E3F99" w:rsidRDefault="00EC2C5C">
            <w:pPr>
              <w:ind w:firstLine="0"/>
              <w:jc w:val="center"/>
              <w:rPr>
                <w:lang w:val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88B3B87" w14:textId="589F6FBF" w:rsidR="00EC2C5C" w:rsidRDefault="002E3F99">
            <w:pPr>
              <w:ind w:firstLine="0"/>
              <w:jc w:val="center"/>
            </w:pPr>
            <w:r w:rsidRPr="002E3F99">
              <w:rPr>
                <w:lang w:val="ru-RU"/>
              </w:rPr>
              <w:t>"</w:t>
            </w:r>
            <w:r>
              <w:t>___</w:t>
            </w:r>
            <w:r>
              <w:rPr>
                <w:lang w:val="ru-RU"/>
              </w:rPr>
              <w:t>"</w:t>
            </w:r>
            <w:r>
              <w:t xml:space="preserve"> __________ 2026 г.</w:t>
            </w:r>
          </w:p>
        </w:tc>
      </w:tr>
    </w:tbl>
    <w:p w14:paraId="25DA11F4" w14:textId="77777777" w:rsidR="002E3F99" w:rsidRDefault="002E3F99"/>
    <w:sectPr w:rsidR="002E3F99" w:rsidSect="00034616">
      <w:footerReference w:type="default" r:id="rId8"/>
      <w:pgSz w:w="12240" w:h="15840"/>
      <w:pgMar w:top="1020" w:right="850" w:bottom="102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C8BF4" w14:textId="77777777" w:rsidR="002E3F99" w:rsidRDefault="002E3F99">
      <w:r>
        <w:separator/>
      </w:r>
    </w:p>
  </w:endnote>
  <w:endnote w:type="continuationSeparator" w:id="0">
    <w:p w14:paraId="270BCD73" w14:textId="77777777" w:rsidR="002E3F99" w:rsidRDefault="002E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C425" w14:textId="77777777" w:rsidR="00EC2C5C" w:rsidRDefault="002E3F99">
    <w:pPr>
      <w:pStyle w:val="a7"/>
      <w:ind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FCFA9" w14:textId="77777777" w:rsidR="002E3F99" w:rsidRDefault="002E3F99">
      <w:r>
        <w:separator/>
      </w:r>
    </w:p>
  </w:footnote>
  <w:footnote w:type="continuationSeparator" w:id="0">
    <w:p w14:paraId="3EC7192B" w14:textId="77777777" w:rsidR="002E3F99" w:rsidRDefault="002E3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9154061">
    <w:abstractNumId w:val="8"/>
  </w:num>
  <w:num w:numId="2" w16cid:durableId="1198618877">
    <w:abstractNumId w:val="6"/>
  </w:num>
  <w:num w:numId="3" w16cid:durableId="157503531">
    <w:abstractNumId w:val="5"/>
  </w:num>
  <w:num w:numId="4" w16cid:durableId="184902497">
    <w:abstractNumId w:val="4"/>
  </w:num>
  <w:num w:numId="5" w16cid:durableId="1159494634">
    <w:abstractNumId w:val="7"/>
  </w:num>
  <w:num w:numId="6" w16cid:durableId="904336826">
    <w:abstractNumId w:val="3"/>
  </w:num>
  <w:num w:numId="7" w16cid:durableId="1803034555">
    <w:abstractNumId w:val="2"/>
  </w:num>
  <w:num w:numId="8" w16cid:durableId="889342086">
    <w:abstractNumId w:val="1"/>
  </w:num>
  <w:num w:numId="9" w16cid:durableId="733165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5D03"/>
    <w:rsid w:val="00034616"/>
    <w:rsid w:val="0006063C"/>
    <w:rsid w:val="000A2716"/>
    <w:rsid w:val="0015074B"/>
    <w:rsid w:val="001F458B"/>
    <w:rsid w:val="002712B6"/>
    <w:rsid w:val="0029639D"/>
    <w:rsid w:val="002E3F99"/>
    <w:rsid w:val="00326F90"/>
    <w:rsid w:val="007B3345"/>
    <w:rsid w:val="00AA1D8D"/>
    <w:rsid w:val="00B47730"/>
    <w:rsid w:val="00CB0664"/>
    <w:rsid w:val="00EC2C5C"/>
    <w:rsid w:val="00EE1DEC"/>
    <w:rsid w:val="00FC693F"/>
    <w:rsid w:val="00FC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C9E355"/>
  <w14:defaultImageDpi w14:val="300"/>
  <w15:docId w15:val="{B1B22A11-12EB-49F5-9646-4BC936A1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Фонд Омский</cp:lastModifiedBy>
  <cp:revision>5</cp:revision>
  <dcterms:created xsi:type="dcterms:W3CDTF">2013-12-23T23:15:00Z</dcterms:created>
  <dcterms:modified xsi:type="dcterms:W3CDTF">2026-09-02T05:05:00Z</dcterms:modified>
  <cp:category/>
</cp:coreProperties>
</file>